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Individual Psychotherapy</w:t>
        <w:br/>
        <w:t>Intake Questionnaire</w:t>
      </w:r>
    </w:p>
    <w:p>
      <w:r>
        <w:rPr>
          <w:rFonts w:ascii="Arial" w:hAnsi="Arial"/>
          <w:b/>
          <w:i w:val="0"/>
          <w:color w:val="3E7C7A"/>
          <w:sz w:val="22"/>
        </w:rPr>
        <w:t>Nedra Fetterman, PhD  |  Psychologist</w:t>
      </w:r>
    </w:p>
    <w:p>
      <w:pPr>
        <w:spacing w:after="200"/>
      </w:pPr>
      <w:r>
        <w:rPr>
          <w:rFonts w:ascii="Arial" w:hAnsi="Arial"/>
          <w:b w:val="0"/>
          <w:i w:val="0"/>
          <w:color w:val="5E6B70"/>
          <w:sz w:val="21"/>
        </w:rPr>
        <w:t>Please answer as fully as feels comfortable. You may write “prefer not to answer” and discuss any question in person. Your responses will help us use our time thoughtfully.</w:t>
      </w:r>
    </w:p>
    <w:p>
      <w:pPr>
        <w:pStyle w:val="Heading1"/>
      </w:pPr>
      <w:r>
        <w:t>1. About You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Legal name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Name you would like me to use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67"/>
        <w:gridCol w:w="4867"/>
      </w:tblGrid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203A43"/>
                <w:sz w:val="19"/>
              </w:rPr>
              <w:t>Date of birth</w:t>
            </w:r>
          </w:p>
          <w:p>
            <w:r>
              <w:rPr>
                <w:rFonts w:ascii="Arial" w:hAnsi="Arial"/>
                <w:b w:val="0"/>
                <w:i w:val="0"/>
                <w:color w:val="B9C7C9"/>
                <w:sz w:val="18"/>
              </w:rPr>
              <w:t>________________________________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203A43"/>
                <w:sz w:val="19"/>
              </w:rPr>
              <w:t>Pronouns</w:t>
            </w:r>
          </w:p>
          <w:p>
            <w:r>
              <w:rPr>
                <w:rFonts w:ascii="Arial" w:hAnsi="Arial"/>
                <w:b w:val="0"/>
                <w:i w:val="0"/>
                <w:color w:val="B9C7C9"/>
                <w:sz w:val="18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67"/>
        <w:gridCol w:w="4867"/>
      </w:tblGrid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203A43"/>
                <w:sz w:val="19"/>
              </w:rPr>
              <w:t>Phone</w:t>
            </w:r>
          </w:p>
          <w:p>
            <w:r>
              <w:rPr>
                <w:rFonts w:ascii="Arial" w:hAnsi="Arial"/>
                <w:b w:val="0"/>
                <w:i w:val="0"/>
                <w:color w:val="B9C7C9"/>
                <w:sz w:val="18"/>
              </w:rPr>
              <w:t>________________________________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203A43"/>
                <w:sz w:val="19"/>
              </w:rPr>
              <w:t>Email</w:t>
            </w:r>
          </w:p>
          <w:p>
            <w:r>
              <w:rPr>
                <w:rFonts w:ascii="Arial" w:hAnsi="Arial"/>
                <w:b w:val="0"/>
                <w:i w:val="0"/>
                <w:color w:val="B9C7C9"/>
                <w:sz w:val="18"/>
              </w:rPr>
              <w:t>________________________________</w:t>
            </w:r>
          </w:p>
        </w:tc>
      </w:tr>
    </w:tbl>
    <w:p>
      <w:pPr>
        <w:spacing w:after="0"/>
      </w:pP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Home address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67"/>
        <w:gridCol w:w="4867"/>
      </w:tblGrid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203A43"/>
                <w:sz w:val="19"/>
              </w:rPr>
              <w:t>Occupation</w:t>
            </w:r>
          </w:p>
          <w:p>
            <w:r>
              <w:rPr>
                <w:rFonts w:ascii="Arial" w:hAnsi="Arial"/>
                <w:b w:val="0"/>
                <w:i w:val="0"/>
                <w:color w:val="B9C7C9"/>
                <w:sz w:val="18"/>
              </w:rPr>
              <w:t>________________________________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203A43"/>
                <w:sz w:val="19"/>
              </w:rPr>
              <w:t>Employer (optional)</w:t>
            </w:r>
          </w:p>
          <w:p>
            <w:r>
              <w:rPr>
                <w:rFonts w:ascii="Arial" w:hAnsi="Arial"/>
                <w:b w:val="0"/>
                <w:i w:val="0"/>
                <w:color w:val="B9C7C9"/>
                <w:sz w:val="18"/>
              </w:rPr>
              <w:t>________________________________</w:t>
            </w:r>
          </w:p>
        </w:tc>
      </w:tr>
    </w:tbl>
    <w:p>
      <w:pPr>
        <w:spacing w:after="0"/>
      </w:pP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Relationship status / significant relationships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How did you hear about this practice?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pStyle w:val="Heading1"/>
      </w:pPr>
      <w:r>
        <w:t>2. Emergency Contact and Communication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67"/>
        <w:gridCol w:w="4867"/>
      </w:tblGrid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203A43"/>
                <w:sz w:val="19"/>
              </w:rPr>
              <w:t>Emergency contact name</w:t>
            </w:r>
          </w:p>
          <w:p>
            <w:r>
              <w:rPr>
                <w:rFonts w:ascii="Arial" w:hAnsi="Arial"/>
                <w:b w:val="0"/>
                <w:i w:val="0"/>
                <w:color w:val="B9C7C9"/>
                <w:sz w:val="18"/>
              </w:rPr>
              <w:t>________________________________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203A43"/>
                <w:sz w:val="19"/>
              </w:rPr>
              <w:t>Relationship</w:t>
            </w:r>
          </w:p>
          <w:p>
            <w:r>
              <w:rPr>
                <w:rFonts w:ascii="Arial" w:hAnsi="Arial"/>
                <w:b w:val="0"/>
                <w:i w:val="0"/>
                <w:color w:val="B9C7C9"/>
                <w:sz w:val="18"/>
              </w:rPr>
              <w:t>________________________________</w:t>
            </w:r>
          </w:p>
        </w:tc>
      </w:tr>
    </w:tbl>
    <w:p>
      <w:pPr>
        <w:spacing w:after="0"/>
      </w:pP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Emergency contact phone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May I leave a voicemail at the number above?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Yes</w:t>
      </w:r>
      <w:r>
        <w:rPr>
          <w:rFonts w:ascii="Arial" w:hAnsi="Arial"/>
          <w:b w:val="0"/>
          <w:i w:val="0"/>
          <w:color w:val="000000"/>
          <w:sz w:val="20"/>
        </w:rPr>
        <w:t xml:space="preserve">   ☐ No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May I send appointment-related email or text messages?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Email</w:t>
      </w:r>
      <w:r>
        <w:rPr>
          <w:rFonts w:ascii="Arial" w:hAnsi="Arial"/>
          <w:b w:val="0"/>
          <w:i w:val="0"/>
          <w:color w:val="000000"/>
          <w:sz w:val="20"/>
        </w:rPr>
        <w:t xml:space="preserve">   ☐ Text</w:t>
      </w:r>
      <w:r>
        <w:rPr>
          <w:rFonts w:ascii="Arial" w:hAnsi="Arial"/>
          <w:b w:val="0"/>
          <w:i w:val="0"/>
          <w:color w:val="000000"/>
          <w:sz w:val="20"/>
        </w:rPr>
        <w:t xml:space="preserve">   ☐ Neither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Please describe any communication or privacy considerations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pStyle w:val="Heading1"/>
      </w:pPr>
      <w:r>
        <w:t>3. What Brings You to Therapy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What brings you to therapy at this time?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What would you most like to be different as a result of therapy?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How urgent do your concerns feel today?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Manageable</w:t>
      </w:r>
      <w:r>
        <w:rPr>
          <w:rFonts w:ascii="Arial" w:hAnsi="Arial"/>
          <w:b w:val="0"/>
          <w:i w:val="0"/>
          <w:color w:val="000000"/>
          <w:sz w:val="20"/>
        </w:rPr>
        <w:t xml:space="preserve">   ☐ Moderate</w:t>
      </w:r>
      <w:r>
        <w:rPr>
          <w:rFonts w:ascii="Arial" w:hAnsi="Arial"/>
          <w:b w:val="0"/>
          <w:i w:val="0"/>
          <w:color w:val="000000"/>
          <w:sz w:val="20"/>
        </w:rPr>
        <w:t xml:space="preserve">   ☐ Significant</w:t>
      </w:r>
      <w:r>
        <w:rPr>
          <w:rFonts w:ascii="Arial" w:hAnsi="Arial"/>
          <w:b w:val="0"/>
          <w:i w:val="0"/>
          <w:color w:val="000000"/>
          <w:sz w:val="20"/>
        </w:rPr>
        <w:t xml:space="preserve">   ☐ Overwhelming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What has helped, even a little?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pStyle w:val="Heading1"/>
      </w:pPr>
      <w:r>
        <w:t>4. Current Experiences</w:t>
      </w:r>
    </w:p>
    <w:p>
      <w:r>
        <w:rPr>
          <w:rFonts w:ascii="Arial" w:hAnsi="Arial"/>
          <w:b/>
          <w:i w:val="0"/>
          <w:color w:val="203A43"/>
          <w:sz w:val="20"/>
        </w:rPr>
        <w:t>Please mark any experiences that have been significant recently: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Anxiety or worry</w:t>
            </w:r>
          </w:p>
        </w:tc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Depressed mood</w:t>
            </w:r>
          </w:p>
        </w:tc>
      </w:tr>
      <w:tr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Grief or loss</w:t>
            </w:r>
          </w:p>
        </w:tc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Relationship conflict</w:t>
            </w:r>
          </w:p>
        </w:tc>
      </w:tr>
      <w:tr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Family concerns</w:t>
            </w:r>
          </w:p>
        </w:tc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Stress or overwhelm</w:t>
            </w:r>
          </w:p>
        </w:tc>
      </w:tr>
      <w:tr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Sleep difficulties</w:t>
            </w:r>
          </w:p>
        </w:tc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Changes in appetite</w:t>
            </w:r>
          </w:p>
        </w:tc>
      </w:tr>
      <w:tr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Panic</w:t>
            </w:r>
          </w:p>
        </w:tc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Trauma reactions</w:t>
            </w:r>
          </w:p>
        </w:tc>
      </w:tr>
      <w:tr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Anger or irritability</w:t>
            </w:r>
          </w:p>
        </w:tc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Low self-worth</w:t>
            </w:r>
          </w:p>
        </w:tc>
      </w:tr>
      <w:tr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Isolation or loneliness</w:t>
            </w:r>
          </w:p>
        </w:tc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Work or school concerns</w:t>
            </w:r>
          </w:p>
        </w:tc>
      </w:tr>
      <w:tr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Major life transition</w:t>
            </w:r>
          </w:p>
        </w:tc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Physical health concerns</w:t>
            </w:r>
          </w:p>
        </w:tc>
      </w:tr>
      <w:tr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Difficulty concentrating</w:t>
            </w:r>
          </w:p>
        </w:tc>
        <w:tc>
          <w:tcPr>
            <w:tcW w:type="dxa" w:w="4997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Other</w:t>
            </w:r>
          </w:p>
        </w:tc>
      </w:tr>
    </w:tbl>
    <w:p>
      <w:pPr>
        <w:spacing w:after="0"/>
      </w:pP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Please describe the concerns you marked, including when they began and how they affect daily life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pStyle w:val="Heading1"/>
      </w:pPr>
      <w:r>
        <w:t>5. Mental Health and Treatment History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Have you previously received psychotherapy or counseling?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Yes</w:t>
      </w:r>
      <w:r>
        <w:rPr>
          <w:rFonts w:ascii="Arial" w:hAnsi="Arial"/>
          <w:b w:val="0"/>
          <w:i w:val="0"/>
          <w:color w:val="000000"/>
          <w:sz w:val="20"/>
        </w:rPr>
        <w:t xml:space="preserve">   ☐ No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If yes, please describe when, for how long, with whom, and what was or was not helpful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Have you ever received a mental health diagnosis?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Yes</w:t>
      </w:r>
      <w:r>
        <w:rPr>
          <w:rFonts w:ascii="Arial" w:hAnsi="Arial"/>
          <w:b w:val="0"/>
          <w:i w:val="0"/>
          <w:color w:val="000000"/>
          <w:sz w:val="20"/>
        </w:rPr>
        <w:t xml:space="preserve">   ☐ No</w:t>
      </w:r>
      <w:r>
        <w:rPr>
          <w:rFonts w:ascii="Arial" w:hAnsi="Arial"/>
          <w:b w:val="0"/>
          <w:i w:val="0"/>
          <w:color w:val="000000"/>
          <w:sz w:val="20"/>
        </w:rPr>
        <w:t xml:space="preserve">   ☐ Unsure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If yes, please describe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Have you ever been hospitalized or received intensive treatment for mental health concerns?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Yes</w:t>
      </w:r>
      <w:r>
        <w:rPr>
          <w:rFonts w:ascii="Arial" w:hAnsi="Arial"/>
          <w:b w:val="0"/>
          <w:i w:val="0"/>
          <w:color w:val="000000"/>
          <w:sz w:val="20"/>
        </w:rPr>
        <w:t xml:space="preserve">   ☐ No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If yes, please describe and include approximate dates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Please list current and recent mental health professionals, if any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pStyle w:val="Heading1"/>
      </w:pPr>
      <w:r>
        <w:t>6. Physical Health and Medications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Current medical conditions, significant illnesses, injuries, or surgeries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Current medications and supplements (include dose and prescribing clinician when known)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Allergies or medication sensitivities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67"/>
        <w:gridCol w:w="4867"/>
      </w:tblGrid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203A43"/>
                <w:sz w:val="19"/>
              </w:rPr>
              <w:t>Primary care clinician</w:t>
            </w:r>
          </w:p>
          <w:p>
            <w:r>
              <w:rPr>
                <w:rFonts w:ascii="Arial" w:hAnsi="Arial"/>
                <w:b w:val="0"/>
                <w:i w:val="0"/>
                <w:color w:val="B9C7C9"/>
                <w:sz w:val="18"/>
              </w:rPr>
              <w:t>________________________________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203A43"/>
                <w:sz w:val="19"/>
              </w:rPr>
              <w:t>Phone</w:t>
            </w:r>
          </w:p>
          <w:p>
            <w:r>
              <w:rPr>
                <w:rFonts w:ascii="Arial" w:hAnsi="Arial"/>
                <w:b w:val="0"/>
                <w:i w:val="0"/>
                <w:color w:val="B9C7C9"/>
                <w:sz w:val="18"/>
              </w:rPr>
              <w:t>________________________________</w:t>
            </w:r>
          </w:p>
        </w:tc>
      </w:tr>
    </w:tbl>
    <w:p>
      <w:pPr>
        <w:spacing w:after="0"/>
      </w:pP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Have sleep, appetite, energy, pain, hormones, or other physical changes affected your well-being?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Yes</w:t>
      </w:r>
      <w:r>
        <w:rPr>
          <w:rFonts w:ascii="Arial" w:hAnsi="Arial"/>
          <w:b w:val="0"/>
          <w:i w:val="0"/>
          <w:color w:val="000000"/>
          <w:sz w:val="20"/>
        </w:rPr>
        <w:t xml:space="preserve">   ☐ No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If yes, please describe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pStyle w:val="Heading1"/>
      </w:pPr>
      <w:r>
        <w:t>7. Alcohol and Substance Use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Please describe your current use of alcohol, cannabis, nicotine, prescribed sedatives/stimulants, or other substances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Have you or others ever been concerned about your use?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Yes</w:t>
      </w:r>
      <w:r>
        <w:rPr>
          <w:rFonts w:ascii="Arial" w:hAnsi="Arial"/>
          <w:b w:val="0"/>
          <w:i w:val="0"/>
          <w:color w:val="000000"/>
          <w:sz w:val="20"/>
        </w:rPr>
        <w:t xml:space="preserve">   ☐ No</w:t>
      </w:r>
      <w:r>
        <w:rPr>
          <w:rFonts w:ascii="Arial" w:hAnsi="Arial"/>
          <w:b w:val="0"/>
          <w:i w:val="0"/>
          <w:color w:val="000000"/>
          <w:sz w:val="20"/>
        </w:rPr>
        <w:t xml:space="preserve">   ☐ Unsure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Have you ever received treatment or participated in a recovery program?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Yes</w:t>
      </w:r>
      <w:r>
        <w:rPr>
          <w:rFonts w:ascii="Arial" w:hAnsi="Arial"/>
          <w:b w:val="0"/>
          <w:i w:val="0"/>
          <w:color w:val="000000"/>
          <w:sz w:val="20"/>
        </w:rPr>
        <w:t xml:space="preserve">   ☐ No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Anything else you would like me to understand about substance use or recovery?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pStyle w:val="Heading1"/>
      </w:pPr>
      <w:r>
        <w:t>8. Family, Developmental, and Relational History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Please describe the family and caregiving environment in which you grew up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Who are the important people in your life now?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Please note significant losses, separations, moves, cultural transitions, or other formative experiences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Is there a family history of mental health concerns, substance use, suicide, violence, or significant medical illness?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pStyle w:val="Heading1"/>
      </w:pPr>
      <w:r>
        <w:t>9. Trauma and Safety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AF3F2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rial" w:hAnsi="Arial"/>
                <w:b w:val="0"/>
                <w:i/>
                <w:color w:val="203A43"/>
                <w:sz w:val="19"/>
              </w:rPr>
              <w:t>You may share only what feels appropriate at this stage. Details are not required on this form.</w:t>
            </w:r>
          </w:p>
        </w:tc>
      </w:tr>
    </w:tbl>
    <w:p>
      <w:pPr>
        <w:spacing w:after="0"/>
      </w:pP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Have you experienced events or relationships that felt traumatic, frightening, violating, or unsafe?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Yes</w:t>
      </w:r>
      <w:r>
        <w:rPr>
          <w:rFonts w:ascii="Arial" w:hAnsi="Arial"/>
          <w:b w:val="0"/>
          <w:i w:val="0"/>
          <w:color w:val="000000"/>
          <w:sz w:val="20"/>
        </w:rPr>
        <w:t xml:space="preserve">   ☐ No</w:t>
      </w:r>
      <w:r>
        <w:rPr>
          <w:rFonts w:ascii="Arial" w:hAnsi="Arial"/>
          <w:b w:val="0"/>
          <w:i w:val="0"/>
          <w:color w:val="000000"/>
          <w:sz w:val="20"/>
        </w:rPr>
        <w:t xml:space="preserve">   ☐ Prefer not to answer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What would be helpful for me to know now?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Are you currently afraid of or being harmed, threatened, controlled, or stalked by anyone?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Yes</w:t>
      </w:r>
      <w:r>
        <w:rPr>
          <w:rFonts w:ascii="Arial" w:hAnsi="Arial"/>
          <w:b w:val="0"/>
          <w:i w:val="0"/>
          <w:color w:val="000000"/>
          <w:sz w:val="20"/>
        </w:rPr>
        <w:t xml:space="preserve">   ☐ No</w:t>
      </w:r>
      <w:r>
        <w:rPr>
          <w:rFonts w:ascii="Arial" w:hAnsi="Arial"/>
          <w:b w:val="0"/>
          <w:i w:val="0"/>
          <w:color w:val="000000"/>
          <w:sz w:val="20"/>
        </w:rPr>
        <w:t xml:space="preserve">   ☐ Unsure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During the past month, have you had thoughts of suicide or of not wanting to live?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Yes</w:t>
      </w:r>
      <w:r>
        <w:rPr>
          <w:rFonts w:ascii="Arial" w:hAnsi="Arial"/>
          <w:b w:val="0"/>
          <w:i w:val="0"/>
          <w:color w:val="000000"/>
          <w:sz w:val="20"/>
        </w:rPr>
        <w:t xml:space="preserve">   ☐ No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Have you ever attempted suicide or intentionally harmed yourself?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Yes</w:t>
      </w:r>
      <w:r>
        <w:rPr>
          <w:rFonts w:ascii="Arial" w:hAnsi="Arial"/>
          <w:b w:val="0"/>
          <w:i w:val="0"/>
          <w:color w:val="000000"/>
          <w:sz w:val="20"/>
        </w:rPr>
        <w:t xml:space="preserve">   ☐ No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Are you currently having thoughts of harming someone else?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Yes</w:t>
      </w:r>
      <w:r>
        <w:rPr>
          <w:rFonts w:ascii="Arial" w:hAnsi="Arial"/>
          <w:b w:val="0"/>
          <w:i w:val="0"/>
          <w:color w:val="000000"/>
          <w:sz w:val="20"/>
        </w:rPr>
        <w:t xml:space="preserve">   ☐ No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Please explain any Yes response and identify current supports or safety plans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1E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rial" w:hAnsi="Arial"/>
                <w:b/>
                <w:i w:val="0"/>
                <w:color w:val="8A3B12"/>
                <w:sz w:val="19"/>
              </w:rPr>
              <w:t>This form is not monitored continuously and is not a crisis service. If you may act on thoughts of harming yourself or someone else, call 911, call or text 988, or go to the nearest emergency department.</w:t>
            </w:r>
          </w:p>
        </w:tc>
      </w:tr>
    </w:tbl>
    <w:p>
      <w:pPr>
        <w:spacing w:after="0"/>
      </w:pPr>
    </w:p>
    <w:p>
      <w:pPr>
        <w:pStyle w:val="Heading1"/>
      </w:pPr>
      <w:r>
        <w:t>10. Identity, Culture, Spirituality, and Accessibility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What identities, cultural experiences, communities, spiritual beliefs, or values are important for me to understand?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Have discrimination, marginalization, privilege, migration, or intergenerational experiences affected your life?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Do you need any disability-related, sensory, language, technological, or other accommodations?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pStyle w:val="Heading1"/>
      </w:pPr>
      <w:r>
        <w:t>11. Strengths, Resources, and Goals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What strengths, practices, relationships, communities, or sources of meaning support you?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What are your two or three most important goals for therapy?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What helps you feel safe, understood, and able to engage in therapy?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Is there anything else you would like me to know before we meet?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pPr>
        <w:spacing w:before="0" w:after="60"/>
      </w:pPr>
      <w:r>
        <w:rPr>
          <w:rFonts w:ascii="Arial" w:hAnsi="Arial"/>
          <w:b w:val="0"/>
          <w:i w:val="0"/>
          <w:color w:val="B9C7C9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12. Review and Acknowledgment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AF3F2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rial" w:hAnsi="Arial"/>
                <w:b w:val="0"/>
                <w:i/>
                <w:color w:val="203A43"/>
                <w:sz w:val="19"/>
              </w:rPr>
              <w:t>Please review each statement carefully before acknowledging and signing this form.</w:t>
            </w:r>
          </w:p>
        </w:tc>
      </w:tr>
    </w:tbl>
    <w:p>
      <w:pPr>
        <w:spacing w:after="0"/>
      </w:pP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I understand that completing this form does not establish an emergency-response relationship and that electronic messages may not be reviewed immediately.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I acknowledge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I understand that confidentiality and its limits, fees, cancellation policies, telehealth practices, and other informed-consent matters will be provided separately and discussed with me.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I acknowledge</w:t>
      </w:r>
    </w:p>
    <w:p>
      <w:pPr>
        <w:spacing w:before="40" w:after="40"/>
      </w:pPr>
      <w:r>
        <w:rPr>
          <w:rFonts w:ascii="Arial" w:hAnsi="Arial"/>
          <w:b/>
          <w:i w:val="0"/>
          <w:color w:val="203A43"/>
          <w:sz w:val="20"/>
        </w:rPr>
        <w:t>To the best of my knowledge, the information I have provided is accurate and complete.</w:t>
      </w:r>
    </w:p>
    <w:p>
      <w:pPr>
        <w:spacing w:after="100"/>
        <w:ind w:left="173"/>
      </w:pPr>
      <w:r>
        <w:rPr>
          <w:rFonts w:ascii="Arial" w:hAnsi="Arial"/>
          <w:b w:val="0"/>
          <w:i w:val="0"/>
          <w:color w:val="000000"/>
          <w:sz w:val="20"/>
        </w:rPr>
        <w:t>☐ I acknowledge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67"/>
        <w:gridCol w:w="4867"/>
      </w:tblGrid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203A43"/>
                <w:sz w:val="19"/>
              </w:rPr>
              <w:t>Client signature / typed name</w:t>
            </w:r>
          </w:p>
          <w:p>
            <w:r>
              <w:rPr>
                <w:rFonts w:ascii="Arial" w:hAnsi="Arial"/>
                <w:b w:val="0"/>
                <w:i w:val="0"/>
                <w:color w:val="B9C7C9"/>
                <w:sz w:val="18"/>
              </w:rPr>
              <w:t>________________________________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203A43"/>
                <w:sz w:val="19"/>
              </w:rPr>
              <w:t>Date</w:t>
            </w:r>
          </w:p>
          <w:p>
            <w:r>
              <w:rPr>
                <w:rFonts w:ascii="Arial" w:hAnsi="Arial"/>
                <w:b w:val="0"/>
                <w:i w:val="0"/>
                <w:color w:val="B9C7C9"/>
                <w:sz w:val="18"/>
              </w:rPr>
              <w:t>________________________________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23" w:bottom="936" w:left="1123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E6B70"/>
        <w:sz w:val="16"/>
      </w:rPr>
      <w:t>Individual Psychotherapy Intake Questionnaire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i w:val="0"/>
        <w:color w:val="5E6B70"/>
        <w:sz w:val="17"/>
      </w:rPr>
      <w:t>NEDRA FETTERMAN, PhD  | 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3E7C7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203A4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03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Psychotherapy Intake Questionnaire</dc:title>
  <dc:subject>Editable client intake form</dc:subject>
  <dc:creator>Nedra Fetterman, PhD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